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9EA69" w14:textId="6EB321C5" w:rsidR="003D789F" w:rsidRDefault="00776481" w:rsidP="003D789F">
      <w:pPr>
        <w:spacing w:after="0" w:line="240" w:lineRule="auto"/>
        <w:jc w:val="center"/>
        <w:rPr>
          <w:rFonts w:ascii="Times New Roman" w:hAnsi="Times New Roman" w:cs="Times New Roman"/>
          <w:noProof/>
          <w:sz w:val="24"/>
          <w:szCs w:val="24"/>
        </w:rPr>
      </w:pPr>
      <w:r>
        <w:fldChar w:fldCharType="begin"/>
      </w:r>
      <w:r>
        <w:instrText xml:space="preserve"> INCLUDEPICTURE "/Users/michellesmacbookpro/Library/Group Containers/UBF8T346G9.ms/WebArchiveCopyPasteTempFiles/com.microsoft.Word/content?id=file_00000000d02871f59ba0cd7b84045198&amp;ts=494897&amp;p=fs&amp;cid=1&amp;sig=be573b3b82ea7f1b2d2a91e28eef6d007829100c648d8e200d0062154a3b880b&amp;v=0" \* MERGEFORMATINET </w:instrText>
      </w:r>
      <w:r>
        <w:fldChar w:fldCharType="separate"/>
      </w:r>
      <w:r>
        <w:rPr>
          <w:noProof/>
        </w:rPr>
        <w:drawing>
          <wp:inline distT="0" distB="0" distL="0" distR="0" wp14:anchorId="126A5667" wp14:editId="35AA56E1">
            <wp:extent cx="6492240" cy="8395970"/>
            <wp:effectExtent l="0" t="0" r="0" b="0"/>
            <wp:docPr id="209577667" name="Picture 3" descr="Puppy purchase agreement cove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ppy purchase agreement cover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92240" cy="8395970"/>
                    </a:xfrm>
                    <a:prstGeom prst="rect">
                      <a:avLst/>
                    </a:prstGeom>
                    <a:noFill/>
                    <a:ln>
                      <a:noFill/>
                    </a:ln>
                  </pic:spPr>
                </pic:pic>
              </a:graphicData>
            </a:graphic>
          </wp:inline>
        </w:drawing>
      </w:r>
      <w:r>
        <w:fldChar w:fldCharType="end"/>
      </w:r>
    </w:p>
    <w:p w14:paraId="0E5D3F5B" w14:textId="77777777" w:rsidR="00776481" w:rsidRPr="00E45FBF" w:rsidRDefault="00776481" w:rsidP="003D789F">
      <w:pPr>
        <w:spacing w:after="0" w:line="240" w:lineRule="auto"/>
        <w:jc w:val="center"/>
        <w:rPr>
          <w:rFonts w:ascii="Times New Roman" w:hAnsi="Times New Roman" w:cs="Times New Roman"/>
          <w:sz w:val="24"/>
          <w:szCs w:val="24"/>
        </w:rPr>
      </w:pPr>
    </w:p>
    <w:p w14:paraId="4D943C8C" w14:textId="1CA3D472" w:rsidR="000B5A84" w:rsidRPr="00E45FBF" w:rsidRDefault="003D789F" w:rsidP="003D789F">
      <w:pPr>
        <w:spacing w:after="0" w:line="240" w:lineRule="auto"/>
        <w:jc w:val="center"/>
        <w:rPr>
          <w:rFonts w:ascii="Times New Roman" w:hAnsi="Times New Roman" w:cs="Times New Roman"/>
          <w:b/>
          <w:color w:val="D4AF37"/>
          <w:sz w:val="24"/>
          <w:szCs w:val="24"/>
        </w:rPr>
      </w:pPr>
      <w:r w:rsidRPr="00E45FBF">
        <w:rPr>
          <w:rFonts w:ascii="Apple Color Emoji" w:hAnsi="Apple Color Emoji" w:cs="Apple Color Emoji"/>
          <w:sz w:val="24"/>
          <w:szCs w:val="24"/>
        </w:rPr>
        <w:t>🐾</w:t>
      </w:r>
      <w:r w:rsidRPr="00E45FBF">
        <w:rPr>
          <w:rFonts w:ascii="Times New Roman" w:hAnsi="Times New Roman" w:cs="Times New Roman"/>
          <w:sz w:val="24"/>
          <w:szCs w:val="24"/>
        </w:rPr>
        <w:t xml:space="preserve"> </w:t>
      </w:r>
      <w:r w:rsidRPr="00E45FBF">
        <w:rPr>
          <w:rFonts w:ascii="Times New Roman" w:hAnsi="Times New Roman" w:cs="Times New Roman"/>
          <w:b/>
          <w:color w:val="D4AF37"/>
          <w:sz w:val="24"/>
          <w:szCs w:val="24"/>
        </w:rPr>
        <w:t>Puppy Purchase Contract</w:t>
      </w:r>
    </w:p>
    <w:p w14:paraId="545DBFAA" w14:textId="77777777" w:rsidR="003D789F" w:rsidRPr="00E45FBF" w:rsidRDefault="003D789F" w:rsidP="003D789F">
      <w:pPr>
        <w:spacing w:after="0" w:line="240" w:lineRule="auto"/>
        <w:jc w:val="center"/>
        <w:rPr>
          <w:rFonts w:ascii="Times New Roman" w:hAnsi="Times New Roman" w:cs="Times New Roman"/>
          <w:sz w:val="24"/>
          <w:szCs w:val="24"/>
        </w:rPr>
      </w:pPr>
    </w:p>
    <w:p w14:paraId="4AE3B202" w14:textId="77777777" w:rsidR="000B5A84" w:rsidRPr="00E45FBF" w:rsidRDefault="00CE31EF">
      <w:pPr>
        <w:rPr>
          <w:rFonts w:ascii="Times New Roman" w:hAnsi="Times New Roman" w:cs="Times New Roman"/>
          <w:sz w:val="24"/>
          <w:szCs w:val="24"/>
        </w:rPr>
      </w:pPr>
      <w:r w:rsidRPr="00E45FBF">
        <w:rPr>
          <w:rFonts w:ascii="Times New Roman" w:hAnsi="Times New Roman" w:cs="Times New Roman"/>
          <w:sz w:val="24"/>
          <w:szCs w:val="24"/>
        </w:rPr>
        <w:t>This Puppy Purchase Contract outlines the agreement between the Breeder and Buyer, ensuring the health, safety, and well-being of each puppy. Full legal terms apply.</w:t>
      </w:r>
    </w:p>
    <w:p w14:paraId="5F5F3199" w14:textId="77777777" w:rsidR="00496480" w:rsidRPr="00E45FBF" w:rsidRDefault="00496480" w:rsidP="00496480">
      <w:pPr>
        <w:pStyle w:val="Heading1"/>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Agreement</w:t>
      </w:r>
    </w:p>
    <w:p w14:paraId="61FE9E76" w14:textId="65C8C64A" w:rsidR="00496480" w:rsidRPr="00E45FBF" w:rsidRDefault="00496480" w:rsidP="00496480">
      <w:pPr>
        <w:rPr>
          <w:rFonts w:ascii="Times New Roman" w:hAnsi="Times New Roman" w:cs="Times New Roman"/>
          <w:sz w:val="24"/>
          <w:szCs w:val="24"/>
        </w:rPr>
      </w:pPr>
      <w:r w:rsidRPr="00E45FBF">
        <w:rPr>
          <w:rFonts w:ascii="Times New Roman" w:hAnsi="Times New Roman" w:cs="Times New Roman"/>
          <w:sz w:val="24"/>
          <w:szCs w:val="24"/>
        </w:rPr>
        <w:t xml:space="preserve">This Puppy Purchase Contract is entered into on __________________ between Michelle Costello (Breeder), doing business as Golden Red </w:t>
      </w:r>
      <w:r w:rsidRPr="00E45FBF">
        <w:rPr>
          <w:rFonts w:ascii="Times New Roman" w:hAnsi="Times New Roman" w:cs="Times New Roman"/>
          <w:sz w:val="24"/>
          <w:szCs w:val="24"/>
        </w:rPr>
        <w:t>Puppies</w:t>
      </w:r>
      <w:r w:rsidRPr="00E45FBF">
        <w:rPr>
          <w:rFonts w:ascii="Times New Roman" w:hAnsi="Times New Roman" w:cs="Times New Roman"/>
          <w:sz w:val="24"/>
          <w:szCs w:val="24"/>
        </w:rPr>
        <w:t>, and ____________________________________________________ (Buyer).</w:t>
      </w:r>
    </w:p>
    <w:p w14:paraId="62CE5D48" w14:textId="77777777" w:rsidR="00496480" w:rsidRPr="00E45FBF" w:rsidRDefault="00496480" w:rsidP="00496480">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Breeder Information</w:t>
      </w:r>
    </w:p>
    <w:p w14:paraId="21DD8247" w14:textId="62A906A9" w:rsidR="00496480" w:rsidRPr="00E45FBF" w:rsidRDefault="00496480" w:rsidP="00496480">
      <w:pPr>
        <w:spacing w:line="240" w:lineRule="auto"/>
        <w:rPr>
          <w:rFonts w:ascii="Times New Roman" w:hAnsi="Times New Roman" w:cs="Times New Roman"/>
          <w:sz w:val="24"/>
          <w:szCs w:val="24"/>
        </w:rPr>
      </w:pPr>
      <w:r w:rsidRPr="00E45FBF">
        <w:rPr>
          <w:rFonts w:ascii="Times New Roman" w:hAnsi="Times New Roman" w:cs="Times New Roman"/>
          <w:sz w:val="24"/>
          <w:szCs w:val="24"/>
        </w:rPr>
        <w:t>Name: Michelle Costello</w:t>
      </w:r>
      <w:r w:rsidRPr="00E45FBF">
        <w:rPr>
          <w:rFonts w:ascii="Times New Roman" w:hAnsi="Times New Roman" w:cs="Times New Roman"/>
          <w:sz w:val="24"/>
          <w:szCs w:val="24"/>
        </w:rPr>
        <w:br/>
        <w:t xml:space="preserve">Business: Golden Red </w:t>
      </w:r>
      <w:r w:rsidRPr="00E45FBF">
        <w:rPr>
          <w:rFonts w:ascii="Times New Roman" w:hAnsi="Times New Roman" w:cs="Times New Roman"/>
          <w:sz w:val="24"/>
          <w:szCs w:val="24"/>
        </w:rPr>
        <w:t>Puppies</w:t>
      </w:r>
      <w:r w:rsidRPr="00E45FBF">
        <w:rPr>
          <w:rFonts w:ascii="Times New Roman" w:hAnsi="Times New Roman" w:cs="Times New Roman"/>
          <w:sz w:val="24"/>
          <w:szCs w:val="24"/>
        </w:rPr>
        <w:br/>
        <w:t xml:space="preserve">Address: </w:t>
      </w:r>
      <w:r w:rsidRPr="00E45FBF">
        <w:rPr>
          <w:rFonts w:ascii="Times New Roman" w:hAnsi="Times New Roman" w:cs="Times New Roman"/>
          <w:sz w:val="24"/>
          <w:szCs w:val="24"/>
        </w:rPr>
        <w:t xml:space="preserve">3217 </w:t>
      </w:r>
      <w:proofErr w:type="spellStart"/>
      <w:r w:rsidRPr="00E45FBF">
        <w:rPr>
          <w:rFonts w:ascii="Times New Roman" w:hAnsi="Times New Roman" w:cs="Times New Roman"/>
          <w:sz w:val="24"/>
          <w:szCs w:val="24"/>
        </w:rPr>
        <w:t>Foxden</w:t>
      </w:r>
      <w:proofErr w:type="spellEnd"/>
      <w:r w:rsidRPr="00E45FBF">
        <w:rPr>
          <w:rFonts w:ascii="Times New Roman" w:hAnsi="Times New Roman" w:cs="Times New Roman"/>
          <w:sz w:val="24"/>
          <w:szCs w:val="24"/>
        </w:rPr>
        <w:t xml:space="preserve"> Lane Plant City, FL 33565</w:t>
      </w:r>
      <w:r w:rsidRPr="00E45FBF">
        <w:rPr>
          <w:rFonts w:ascii="Times New Roman" w:hAnsi="Times New Roman" w:cs="Times New Roman"/>
          <w:sz w:val="24"/>
          <w:szCs w:val="24"/>
        </w:rPr>
        <w:br/>
        <w:t>Phone:</w:t>
      </w:r>
      <w:r w:rsidRPr="00E45FBF">
        <w:rPr>
          <w:rFonts w:ascii="Times New Roman" w:hAnsi="Times New Roman" w:cs="Times New Roman"/>
          <w:sz w:val="24"/>
          <w:szCs w:val="24"/>
        </w:rPr>
        <w:t xml:space="preserve">508-317-3113 </w:t>
      </w:r>
      <w:r w:rsidRPr="00E45FBF">
        <w:rPr>
          <w:rFonts w:ascii="Times New Roman" w:hAnsi="Times New Roman" w:cs="Times New Roman"/>
          <w:sz w:val="24"/>
          <w:szCs w:val="24"/>
        </w:rPr>
        <w:t xml:space="preserve">Email: </w:t>
      </w:r>
      <w:r w:rsidRPr="00E45FBF">
        <w:rPr>
          <w:rFonts w:ascii="Times New Roman" w:hAnsi="Times New Roman" w:cs="Times New Roman"/>
          <w:sz w:val="24"/>
          <w:szCs w:val="24"/>
        </w:rPr>
        <w:t>macostello01@yahoo.com</w:t>
      </w:r>
      <w:r w:rsidRPr="00E45FBF">
        <w:rPr>
          <w:rFonts w:ascii="Times New Roman" w:hAnsi="Times New Roman" w:cs="Times New Roman"/>
          <w:sz w:val="24"/>
          <w:szCs w:val="24"/>
        </w:rPr>
        <w:br/>
        <w:t>Website: www.goldenredpuppies.com</w:t>
      </w:r>
    </w:p>
    <w:p w14:paraId="49DB9F94" w14:textId="77777777" w:rsidR="00496480" w:rsidRPr="00E45FBF" w:rsidRDefault="00496480" w:rsidP="00496480">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Buyer Information</w:t>
      </w:r>
    </w:p>
    <w:p w14:paraId="5D62F911" w14:textId="1516C5D1" w:rsidR="00496480" w:rsidRPr="00E45FBF" w:rsidRDefault="00496480" w:rsidP="00496480">
      <w:pPr>
        <w:spacing w:after="0"/>
        <w:rPr>
          <w:rFonts w:ascii="Times New Roman" w:hAnsi="Times New Roman" w:cs="Times New Roman"/>
          <w:sz w:val="24"/>
          <w:szCs w:val="24"/>
        </w:rPr>
      </w:pPr>
      <w:r w:rsidRPr="00E45FBF">
        <w:rPr>
          <w:rFonts w:ascii="Times New Roman" w:hAnsi="Times New Roman" w:cs="Times New Roman"/>
          <w:sz w:val="24"/>
          <w:szCs w:val="24"/>
        </w:rPr>
        <w:t>Name: ________________________________________</w:t>
      </w:r>
      <w:r w:rsidRPr="00E45FBF">
        <w:rPr>
          <w:rFonts w:ascii="Times New Roman" w:hAnsi="Times New Roman" w:cs="Times New Roman"/>
          <w:sz w:val="24"/>
          <w:szCs w:val="24"/>
        </w:rPr>
        <w:t>________</w:t>
      </w:r>
      <w:r w:rsidRPr="00E45FBF">
        <w:rPr>
          <w:rFonts w:ascii="Times New Roman" w:hAnsi="Times New Roman" w:cs="Times New Roman"/>
          <w:sz w:val="24"/>
          <w:szCs w:val="24"/>
        </w:rPr>
        <w:br/>
        <w:t>Co-Buyer: ______________________________________</w:t>
      </w:r>
      <w:r w:rsidRPr="00E45FBF">
        <w:rPr>
          <w:rFonts w:ascii="Times New Roman" w:hAnsi="Times New Roman" w:cs="Times New Roman"/>
          <w:sz w:val="24"/>
          <w:szCs w:val="24"/>
        </w:rPr>
        <w:t>______</w:t>
      </w:r>
      <w:r w:rsidRPr="00E45FBF">
        <w:rPr>
          <w:rFonts w:ascii="Times New Roman" w:hAnsi="Times New Roman" w:cs="Times New Roman"/>
          <w:sz w:val="24"/>
          <w:szCs w:val="24"/>
        </w:rPr>
        <w:br/>
        <w:t>Address: _______________________________________</w:t>
      </w:r>
      <w:r w:rsidRPr="00E45FBF">
        <w:rPr>
          <w:rFonts w:ascii="Times New Roman" w:hAnsi="Times New Roman" w:cs="Times New Roman"/>
          <w:sz w:val="24"/>
          <w:szCs w:val="24"/>
        </w:rPr>
        <w:t>_______</w:t>
      </w:r>
      <w:r w:rsidRPr="00E45FBF">
        <w:rPr>
          <w:rFonts w:ascii="Times New Roman" w:hAnsi="Times New Roman" w:cs="Times New Roman"/>
          <w:sz w:val="24"/>
          <w:szCs w:val="24"/>
        </w:rPr>
        <w:br/>
        <w:t>City/State/ZIP: _________________________________</w:t>
      </w:r>
      <w:r w:rsidRPr="00E45FBF">
        <w:rPr>
          <w:rFonts w:ascii="Times New Roman" w:hAnsi="Times New Roman" w:cs="Times New Roman"/>
          <w:sz w:val="24"/>
          <w:szCs w:val="24"/>
        </w:rPr>
        <w:t>______</w:t>
      </w:r>
      <w:r w:rsidRPr="00E45FBF">
        <w:rPr>
          <w:rFonts w:ascii="Times New Roman" w:hAnsi="Times New Roman" w:cs="Times New Roman"/>
          <w:sz w:val="24"/>
          <w:szCs w:val="24"/>
        </w:rPr>
        <w:br/>
        <w:t>Phone: __________________</w:t>
      </w:r>
      <w:r w:rsidRPr="00E45FBF">
        <w:rPr>
          <w:rFonts w:ascii="Times New Roman" w:hAnsi="Times New Roman" w:cs="Times New Roman"/>
          <w:sz w:val="24"/>
          <w:szCs w:val="24"/>
        </w:rPr>
        <w:t>_______________________________</w:t>
      </w:r>
    </w:p>
    <w:p w14:paraId="5F5F3703" w14:textId="24ADD06A" w:rsidR="00496480" w:rsidRPr="00E45FBF" w:rsidRDefault="00496480" w:rsidP="00496480">
      <w:pPr>
        <w:spacing w:after="0"/>
        <w:rPr>
          <w:rFonts w:ascii="Times New Roman" w:hAnsi="Times New Roman" w:cs="Times New Roman"/>
          <w:sz w:val="24"/>
          <w:szCs w:val="24"/>
        </w:rPr>
      </w:pPr>
      <w:r w:rsidRPr="00E45FBF">
        <w:rPr>
          <w:rFonts w:ascii="Times New Roman" w:hAnsi="Times New Roman" w:cs="Times New Roman"/>
          <w:sz w:val="24"/>
          <w:szCs w:val="24"/>
        </w:rPr>
        <w:t>Email: ________________</w:t>
      </w:r>
      <w:r w:rsidRPr="00E45FBF">
        <w:rPr>
          <w:rFonts w:ascii="Times New Roman" w:hAnsi="Times New Roman" w:cs="Times New Roman"/>
          <w:sz w:val="24"/>
          <w:szCs w:val="24"/>
        </w:rPr>
        <w:t>__________________________________</w:t>
      </w:r>
    </w:p>
    <w:p w14:paraId="0246111C" w14:textId="77777777" w:rsidR="00496480" w:rsidRPr="00E45FBF" w:rsidRDefault="00496480" w:rsidP="00496480">
      <w:pPr>
        <w:spacing w:after="0" w:line="240" w:lineRule="auto"/>
        <w:rPr>
          <w:rFonts w:ascii="Times New Roman" w:hAnsi="Times New Roman" w:cs="Times New Roman"/>
          <w:sz w:val="24"/>
          <w:szCs w:val="24"/>
        </w:rPr>
      </w:pPr>
    </w:p>
    <w:p w14:paraId="100F00CA" w14:textId="77777777" w:rsidR="00C676C2" w:rsidRPr="00E45FBF" w:rsidRDefault="00C676C2"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1. Puppy Information</w:t>
      </w:r>
    </w:p>
    <w:p w14:paraId="2A9E0A3E"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Breed: Golden Retriever</w:t>
      </w:r>
    </w:p>
    <w:p w14:paraId="0BFBC398"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 xml:space="preserve">Sex: </w:t>
      </w:r>
      <w:r w:rsidRPr="00E45FBF">
        <w:rPr>
          <w:rFonts w:ascii="Segoe UI Symbol" w:hAnsi="Segoe UI Symbol" w:cs="Segoe UI Symbol"/>
          <w:color w:val="000000" w:themeColor="text1"/>
          <w:sz w:val="24"/>
          <w:szCs w:val="24"/>
        </w:rPr>
        <w:t>☐</w:t>
      </w:r>
      <w:r w:rsidRPr="00E45FBF">
        <w:rPr>
          <w:rFonts w:ascii="Times New Roman" w:hAnsi="Times New Roman" w:cs="Times New Roman"/>
          <w:color w:val="000000" w:themeColor="text1"/>
          <w:sz w:val="24"/>
          <w:szCs w:val="24"/>
        </w:rPr>
        <w:t xml:space="preserve"> Male </w:t>
      </w:r>
      <w:r w:rsidRPr="00E45FBF">
        <w:rPr>
          <w:rFonts w:ascii="Segoe UI Symbol" w:hAnsi="Segoe UI Symbol" w:cs="Segoe UI Symbol"/>
          <w:color w:val="000000" w:themeColor="text1"/>
          <w:sz w:val="24"/>
          <w:szCs w:val="24"/>
        </w:rPr>
        <w:t>☐</w:t>
      </w:r>
      <w:r w:rsidRPr="00E45FBF">
        <w:rPr>
          <w:rFonts w:ascii="Times New Roman" w:hAnsi="Times New Roman" w:cs="Times New Roman"/>
          <w:color w:val="000000" w:themeColor="text1"/>
          <w:sz w:val="24"/>
          <w:szCs w:val="24"/>
        </w:rPr>
        <w:t xml:space="preserve"> Female</w:t>
      </w:r>
    </w:p>
    <w:p w14:paraId="548B543E" w14:textId="0274F03D"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Date of Birth: _____________________________</w:t>
      </w:r>
    </w:p>
    <w:p w14:paraId="002BA6F1" w14:textId="124F5636"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Color/Markings: _________________________</w:t>
      </w:r>
    </w:p>
    <w:p w14:paraId="25B02BEB" w14:textId="4481556B"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Microchip: ________________________________</w:t>
      </w:r>
    </w:p>
    <w:p w14:paraId="72918AF8" w14:textId="77777777" w:rsidR="00C676C2" w:rsidRPr="00E45FBF" w:rsidRDefault="00C676C2"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2. Purchase Price &amp; Deposit</w:t>
      </w:r>
    </w:p>
    <w:p w14:paraId="548D47F3" w14:textId="6D718993"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Total Purchase Price: $___________________</w:t>
      </w:r>
    </w:p>
    <w:p w14:paraId="4B0E18DB"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Non-Refundable Deposit: $500 (applied toward total purchase price)</w:t>
      </w:r>
    </w:p>
    <w:p w14:paraId="76DC72C1" w14:textId="5F6B8D9A"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Remaining Balance Due: $________________ (due prior to or at pickup/delivery)</w:t>
      </w:r>
    </w:p>
    <w:p w14:paraId="022B5738"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Deposit terms as outlined in the Deposit Agreement section of this Contract.</w:t>
      </w:r>
    </w:p>
    <w:p w14:paraId="53BDB19F" w14:textId="77777777" w:rsidR="00C676C2" w:rsidRPr="00E45FBF" w:rsidRDefault="00C676C2"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3. Health &amp; Veterinary Care</w:t>
      </w:r>
    </w:p>
    <w:p w14:paraId="2F53F609"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Puppy will receive a veterinary health exam prior to transfer.</w:t>
      </w:r>
    </w:p>
    <w:p w14:paraId="43127682"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 xml:space="preserve">Puppy will be </w:t>
      </w:r>
      <w:proofErr w:type="gramStart"/>
      <w:r w:rsidRPr="00E45FBF">
        <w:rPr>
          <w:rFonts w:ascii="Times New Roman" w:hAnsi="Times New Roman" w:cs="Times New Roman"/>
          <w:color w:val="000000" w:themeColor="text1"/>
          <w:sz w:val="24"/>
          <w:szCs w:val="24"/>
        </w:rPr>
        <w:t>up-to-date</w:t>
      </w:r>
      <w:proofErr w:type="gramEnd"/>
      <w:r w:rsidRPr="00E45FBF">
        <w:rPr>
          <w:rFonts w:ascii="Times New Roman" w:hAnsi="Times New Roman" w:cs="Times New Roman"/>
          <w:color w:val="000000" w:themeColor="text1"/>
          <w:sz w:val="24"/>
          <w:szCs w:val="24"/>
        </w:rPr>
        <w:t xml:space="preserve"> on vaccinations and deworming.</w:t>
      </w:r>
    </w:p>
    <w:p w14:paraId="36593EC1" w14:textId="3C0B45A1"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Breeder will provide a health certificate.</w:t>
      </w:r>
    </w:p>
    <w:p w14:paraId="18C950AD"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Buyer must take the Puppy to a licensed veterinarian within 72 hours of receipt for a wellness check.</w:t>
      </w:r>
    </w:p>
    <w:p w14:paraId="0849F85E" w14:textId="37303053" w:rsidR="00C676C2" w:rsidRPr="00E45FBF" w:rsidRDefault="00A2412B"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4</w:t>
      </w:r>
      <w:r w:rsidR="00C676C2" w:rsidRPr="00E45FBF">
        <w:rPr>
          <w:rFonts w:ascii="Times New Roman" w:hAnsi="Times New Roman" w:cs="Times New Roman"/>
          <w:color w:val="000000" w:themeColor="text1"/>
          <w:sz w:val="24"/>
          <w:szCs w:val="24"/>
        </w:rPr>
        <w:t>. Refund Policy</w:t>
      </w:r>
    </w:p>
    <w:p w14:paraId="18C9D9D6" w14:textId="77777777" w:rsidR="00C676C2" w:rsidRPr="00E45FBF" w:rsidRDefault="00C676C2" w:rsidP="00C676C2">
      <w:pPr>
        <w:pStyle w:val="Heading3"/>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$500 Non-Refundable Deposit</w:t>
      </w:r>
    </w:p>
    <w:p w14:paraId="12B69640"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All deposits made to reserve a Puppy are non-refundable under any circumstances. Deposits may, however, be transferred to a future litter at the Breeder’s discretion.</w:t>
      </w:r>
    </w:p>
    <w:p w14:paraId="01AECEE0" w14:textId="77777777" w:rsidR="00C676C2" w:rsidRPr="00E45FBF" w:rsidRDefault="00C676C2" w:rsidP="00C676C2">
      <w:pPr>
        <w:pStyle w:val="Heading3"/>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Refunds Prior to Transfer</w:t>
      </w:r>
    </w:p>
    <w:p w14:paraId="2A430EA4"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If the Puppy becomes unavailable due to illness, injury, or death while in the care of the Breeder prior to transfer, the Buyer will be entitled to a full refund of all monies paid, including the deposit, or may choose to apply funds to another available Puppy or future litter.</w:t>
      </w:r>
    </w:p>
    <w:p w14:paraId="699563F3" w14:textId="77777777" w:rsidR="00C676C2" w:rsidRPr="00E45FBF" w:rsidRDefault="00C676C2" w:rsidP="00C676C2">
      <w:pPr>
        <w:pStyle w:val="Heading3"/>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Refunds After Transfer</w:t>
      </w:r>
    </w:p>
    <w:p w14:paraId="23283EDD"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Once the Puppy has been delivered to or picked up by the Buyer, all sales are final.</w:t>
      </w:r>
    </w:p>
    <w:p w14:paraId="5A00791A"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Refunds will not be issued for reasons including, but not limited to, change of mind, allergies, landlord restrictions, incompatibility with other pets, or Buyer’s personal circumstances, unless otherwise agreed upon by Breeder and Buyer.</w:t>
      </w:r>
    </w:p>
    <w:p w14:paraId="5F32CBF6" w14:textId="77777777" w:rsidR="00C676C2" w:rsidRPr="00E45FBF" w:rsidRDefault="00C676C2" w:rsidP="00C676C2">
      <w:pPr>
        <w:pStyle w:val="Heading3"/>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Health Guarantee Exception</w:t>
      </w:r>
    </w:p>
    <w:p w14:paraId="3AC77D53"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If the Puppy is diagnosed by a licensed veterinarian with a life-threatening congenital defect within the health guarantee period outlined in this Agreement, the Buyer must notify the Breeder in writing within 72 hours and provide veterinary documentation.</w:t>
      </w:r>
    </w:p>
    <w:p w14:paraId="121FB4A5" w14:textId="56920F41"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 xml:space="preserve">In such case, the Breeder will, at </w:t>
      </w:r>
      <w:r w:rsidR="000C08B9" w:rsidRPr="00E45FBF">
        <w:rPr>
          <w:rFonts w:ascii="Times New Roman" w:hAnsi="Times New Roman" w:cs="Times New Roman"/>
          <w:color w:val="000000" w:themeColor="text1"/>
          <w:sz w:val="24"/>
          <w:szCs w:val="24"/>
        </w:rPr>
        <w:t>the Breeder’s</w:t>
      </w:r>
      <w:r w:rsidRPr="00E45FBF">
        <w:rPr>
          <w:rFonts w:ascii="Times New Roman" w:hAnsi="Times New Roman" w:cs="Times New Roman"/>
          <w:color w:val="000000" w:themeColor="text1"/>
          <w:sz w:val="24"/>
          <w:szCs w:val="24"/>
        </w:rPr>
        <w:t xml:space="preserve"> sole discretion:</w:t>
      </w:r>
    </w:p>
    <w:p w14:paraId="6561C919"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a. Offer a replacement Puppy of equal value from the next available litter, OR</w:t>
      </w:r>
    </w:p>
    <w:p w14:paraId="5CE29D2D" w14:textId="46A1260D" w:rsidR="000C08B9" w:rsidRPr="00E45FBF" w:rsidRDefault="00C676C2" w:rsidP="000C08B9">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 Issue a partial or full refund (excluding deposit), based on veterinary findings and the return of the Puppy to the Breeder.</w:t>
      </w:r>
    </w:p>
    <w:p w14:paraId="45BD7AB2" w14:textId="43BED790" w:rsidR="00C676C2" w:rsidRPr="00E45FBF" w:rsidRDefault="00A2412B"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5</w:t>
      </w:r>
      <w:r w:rsidR="00C676C2" w:rsidRPr="00E45FBF">
        <w:rPr>
          <w:rFonts w:ascii="Times New Roman" w:hAnsi="Times New Roman" w:cs="Times New Roman"/>
          <w:color w:val="000000" w:themeColor="text1"/>
          <w:sz w:val="24"/>
          <w:szCs w:val="24"/>
        </w:rPr>
        <w:t>. Return Policy</w:t>
      </w:r>
    </w:p>
    <w:p w14:paraId="0E30EC96" w14:textId="77777777" w:rsidR="00E45FBF" w:rsidRPr="00E45FBF" w:rsidRDefault="00E45FBF" w:rsidP="00E45FBF">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If at any time the Buyer is unable to keep the Puppy, the Puppy must be returned to the Breeder.</w:t>
      </w:r>
    </w:p>
    <w:p w14:paraId="05F0EC39" w14:textId="77777777" w:rsidR="00E45FBF" w:rsidRPr="00E45FBF" w:rsidRDefault="00E45FBF" w:rsidP="00E45FBF">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No refunds will be given, unless otherwise agreed upon in writing by the Breeder and Buyer. The Breeder will assist in rehoming the Puppy.</w:t>
      </w:r>
    </w:p>
    <w:p w14:paraId="573752FE" w14:textId="267666A0" w:rsidR="00E45FBF" w:rsidRPr="00E45FBF" w:rsidRDefault="00E45FBF" w:rsidP="00E45FBF">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The Buyer agrees never to surrender the Puppy to a shelter, rescue, or third-party rehoming service and to call the Breeder first.</w:t>
      </w:r>
    </w:p>
    <w:p w14:paraId="47BB08B3" w14:textId="0EE82C75" w:rsidR="00C676C2" w:rsidRPr="00E45FBF" w:rsidRDefault="00A2412B"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6</w:t>
      </w:r>
      <w:r w:rsidR="00C676C2" w:rsidRPr="00E45FBF">
        <w:rPr>
          <w:rFonts w:ascii="Times New Roman" w:hAnsi="Times New Roman" w:cs="Times New Roman"/>
          <w:color w:val="000000" w:themeColor="text1"/>
          <w:sz w:val="24"/>
          <w:szCs w:val="24"/>
        </w:rPr>
        <w:t>. Buyer Responsibilities</w:t>
      </w:r>
    </w:p>
    <w:p w14:paraId="6D49A280"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Provide proper veterinary care, vaccinations, and preventative health treatments.</w:t>
      </w:r>
    </w:p>
    <w:p w14:paraId="3CEC02C9" w14:textId="77777777" w:rsidR="00C676C2" w:rsidRPr="00E45FBF" w:rsidRDefault="00C676C2"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Provide adequate food, water, shelter, and companionship.</w:t>
      </w:r>
    </w:p>
    <w:p w14:paraId="7EFD807F" w14:textId="58C845B0" w:rsidR="00496480" w:rsidRPr="00E45FBF" w:rsidRDefault="00C676C2" w:rsidP="00E45FBF">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Never use the Puppy for neglectful or inhumane purposes (e.g., dog fighting, puppy mills).</w:t>
      </w:r>
    </w:p>
    <w:p w14:paraId="1727453D" w14:textId="389367FD" w:rsidR="00A2412B" w:rsidRPr="00E45FBF" w:rsidRDefault="00A2412B" w:rsidP="00A2412B">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7. Shipping Policy</w:t>
      </w:r>
    </w:p>
    <w:p w14:paraId="5897EC4E" w14:textId="77777777" w:rsidR="00A2412B" w:rsidRPr="00E45FBF" w:rsidRDefault="00A2412B" w:rsidP="00A2412B">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All shipping arrangements must be coordinated directly with the Breeder prior to the Puppy’s departure.</w:t>
      </w:r>
    </w:p>
    <w:p w14:paraId="5751608C" w14:textId="77777777" w:rsidR="00A2412B" w:rsidRPr="00E45FBF" w:rsidRDefault="00A2412B" w:rsidP="00A2412B">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Puppies must be at least 8 weeks old before traveling.</w:t>
      </w:r>
    </w:p>
    <w:p w14:paraId="67F1D07F" w14:textId="77777777" w:rsidR="00A2412B" w:rsidRPr="00E45FBF" w:rsidRDefault="00A2412B" w:rsidP="00A2412B">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Each Puppy will receive a health certificate from a licensed veterinarian.</w:t>
      </w:r>
    </w:p>
    <w:p w14:paraId="42D878B8" w14:textId="77777777" w:rsidR="00A2412B" w:rsidRPr="00E45FBF" w:rsidRDefault="00A2412B" w:rsidP="00A2412B">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Puppies are up to date on vaccinations and deworming prior to shipping.</w:t>
      </w:r>
    </w:p>
    <w:p w14:paraId="059C09DB" w14:textId="77777777" w:rsidR="00A2412B" w:rsidRPr="00E45FBF" w:rsidRDefault="00A2412B" w:rsidP="00A2412B">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Puppies are shipped in an airline-approved crate that is theirs to keep.</w:t>
      </w:r>
    </w:p>
    <w:p w14:paraId="4E32D652" w14:textId="77777777" w:rsidR="00A2412B" w:rsidRPr="00E45FBF" w:rsidRDefault="00A2412B" w:rsidP="00A2412B">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Shipping may be delayed due to extreme weather or hazardous conditions.</w:t>
      </w:r>
    </w:p>
    <w:p w14:paraId="7BC85EED" w14:textId="77777777" w:rsidR="000C08B9" w:rsidRPr="00E45FBF" w:rsidRDefault="00A2412B"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Buyer is responsible for all shipping costs, including airfare/transport fees.</w:t>
      </w:r>
    </w:p>
    <w:p w14:paraId="2CC66D3B" w14:textId="324E2AB0" w:rsidR="000C08B9" w:rsidRPr="00E45FBF" w:rsidRDefault="000C08B9" w:rsidP="00C676C2">
      <w:pPr>
        <w:pStyle w:val="ListBullet"/>
        <w:rPr>
          <w:rFonts w:ascii="Times New Roman" w:hAnsi="Times New Roman" w:cs="Times New Roman"/>
          <w:color w:val="000000" w:themeColor="text1"/>
          <w:sz w:val="24"/>
          <w:szCs w:val="24"/>
        </w:rPr>
      </w:pPr>
      <w:r w:rsidRPr="00E45FBF">
        <w:rPr>
          <w:rFonts w:ascii="Times New Roman" w:hAnsi="Times New Roman" w:cs="Times New Roman"/>
          <w:color w:val="000000"/>
          <w:sz w:val="24"/>
          <w:szCs w:val="24"/>
        </w:rPr>
        <w:t>Once the Puppy is delivered to the airline or transport company designated for shipment, the risk of loss transfers to the Buyer.</w:t>
      </w:r>
    </w:p>
    <w:p w14:paraId="682598D6" w14:textId="589A2691" w:rsidR="00C676C2" w:rsidRPr="00E45FBF" w:rsidRDefault="00C676C2" w:rsidP="00C676C2">
      <w:pPr>
        <w:pStyle w:val="Heading2"/>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8. Final Agreement</w:t>
      </w:r>
      <w:r w:rsidR="003D789F" w:rsidRPr="00E45FBF">
        <w:rPr>
          <w:rFonts w:ascii="Times New Roman" w:hAnsi="Times New Roman" w:cs="Times New Roman"/>
          <w:color w:val="000000" w:themeColor="text1"/>
          <w:sz w:val="24"/>
          <w:szCs w:val="24"/>
        </w:rPr>
        <w:t xml:space="preserve"> </w:t>
      </w:r>
    </w:p>
    <w:p w14:paraId="10938484" w14:textId="4EC8B49F" w:rsidR="00496480" w:rsidRPr="00E45FBF" w:rsidRDefault="00C676C2">
      <w:pPr>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This agreement is legally binding and enforceable. Both parties acknowledge that they have read, understood, and agreed to the terms of this Puppy Purchase Contract.</w:t>
      </w:r>
    </w:p>
    <w:p w14:paraId="1A6D68E5" w14:textId="77777777" w:rsidR="00496480" w:rsidRPr="00E45FBF" w:rsidRDefault="00496480" w:rsidP="00496480">
      <w:pPr>
        <w:pStyle w:val="Heading1"/>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9. Buyer Acknowledgments</w:t>
      </w:r>
    </w:p>
    <w:p w14:paraId="725DE697" w14:textId="51DA34A8" w:rsidR="00496480" w:rsidRPr="00E45FBF" w:rsidRDefault="00496480" w:rsidP="00496480">
      <w:pPr>
        <w:rPr>
          <w:rFonts w:ascii="Times New Roman" w:hAnsi="Times New Roman" w:cs="Times New Roman"/>
          <w:sz w:val="24"/>
          <w:szCs w:val="24"/>
        </w:rPr>
      </w:pPr>
      <w:r w:rsidRPr="00E45FBF">
        <w:rPr>
          <w:rFonts w:ascii="Segoe UI Symbol" w:hAnsi="Segoe UI Symbol" w:cs="Segoe UI Symbol"/>
          <w:sz w:val="24"/>
          <w:szCs w:val="24"/>
        </w:rPr>
        <w:t>☐</w:t>
      </w:r>
      <w:r w:rsidRPr="00E45FBF">
        <w:rPr>
          <w:rFonts w:ascii="Times New Roman" w:hAnsi="Times New Roman" w:cs="Times New Roman"/>
          <w:sz w:val="24"/>
          <w:szCs w:val="24"/>
        </w:rPr>
        <w:t xml:space="preserve"> Received vaccination records</w:t>
      </w:r>
      <w:r w:rsidR="000C08B9" w:rsidRPr="00E45FBF">
        <w:rPr>
          <w:rFonts w:ascii="Times New Roman" w:hAnsi="Times New Roman" w:cs="Times New Roman"/>
          <w:sz w:val="24"/>
          <w:szCs w:val="24"/>
        </w:rPr>
        <w:t>.</w:t>
      </w:r>
      <w:r w:rsidRPr="00E45FBF">
        <w:rPr>
          <w:rFonts w:ascii="Times New Roman" w:hAnsi="Times New Roman" w:cs="Times New Roman"/>
          <w:sz w:val="24"/>
          <w:szCs w:val="24"/>
        </w:rPr>
        <w:br/>
      </w:r>
      <w:r w:rsidRPr="00E45FBF">
        <w:rPr>
          <w:rFonts w:ascii="Segoe UI Symbol" w:hAnsi="Segoe UI Symbol" w:cs="Segoe UI Symbol"/>
          <w:sz w:val="24"/>
          <w:szCs w:val="24"/>
        </w:rPr>
        <w:t>☐</w:t>
      </w:r>
      <w:r w:rsidRPr="00E45FBF">
        <w:rPr>
          <w:rFonts w:ascii="Times New Roman" w:hAnsi="Times New Roman" w:cs="Times New Roman"/>
          <w:sz w:val="24"/>
          <w:szCs w:val="24"/>
        </w:rPr>
        <w:t xml:space="preserve"> Received deworming records</w:t>
      </w:r>
      <w:r w:rsidR="000C08B9" w:rsidRPr="00E45FBF">
        <w:rPr>
          <w:rFonts w:ascii="Times New Roman" w:hAnsi="Times New Roman" w:cs="Times New Roman"/>
          <w:sz w:val="24"/>
          <w:szCs w:val="24"/>
        </w:rPr>
        <w:t>.</w:t>
      </w:r>
      <w:r w:rsidRPr="00E45FBF">
        <w:rPr>
          <w:rFonts w:ascii="Times New Roman" w:hAnsi="Times New Roman" w:cs="Times New Roman"/>
          <w:sz w:val="24"/>
          <w:szCs w:val="24"/>
        </w:rPr>
        <w:br/>
      </w:r>
      <w:r w:rsidRPr="00E45FBF">
        <w:rPr>
          <w:rFonts w:ascii="Segoe UI Symbol" w:hAnsi="Segoe UI Symbol" w:cs="Segoe UI Symbol"/>
          <w:sz w:val="24"/>
          <w:szCs w:val="24"/>
        </w:rPr>
        <w:t>☐</w:t>
      </w:r>
      <w:r w:rsidRPr="00E45FBF">
        <w:rPr>
          <w:rFonts w:ascii="Times New Roman" w:hAnsi="Times New Roman" w:cs="Times New Roman"/>
          <w:sz w:val="24"/>
          <w:szCs w:val="24"/>
        </w:rPr>
        <w:t xml:space="preserve"> Received microchip information (if applicable)</w:t>
      </w:r>
      <w:r w:rsidR="000C08B9" w:rsidRPr="00E45FBF">
        <w:rPr>
          <w:rFonts w:ascii="Times New Roman" w:hAnsi="Times New Roman" w:cs="Times New Roman"/>
          <w:sz w:val="24"/>
          <w:szCs w:val="24"/>
        </w:rPr>
        <w:t>.</w:t>
      </w:r>
      <w:r w:rsidRPr="00E45FBF">
        <w:rPr>
          <w:rFonts w:ascii="Times New Roman" w:hAnsi="Times New Roman" w:cs="Times New Roman"/>
          <w:sz w:val="24"/>
          <w:szCs w:val="24"/>
        </w:rPr>
        <w:br/>
      </w:r>
      <w:r w:rsidRPr="00E45FBF">
        <w:rPr>
          <w:rFonts w:ascii="Segoe UI Symbol" w:hAnsi="Segoe UI Symbol" w:cs="Segoe UI Symbol"/>
          <w:sz w:val="24"/>
          <w:szCs w:val="24"/>
        </w:rPr>
        <w:t>☐</w:t>
      </w:r>
      <w:r w:rsidRPr="00E45FBF">
        <w:rPr>
          <w:rFonts w:ascii="Times New Roman" w:hAnsi="Times New Roman" w:cs="Times New Roman"/>
          <w:sz w:val="24"/>
          <w:szCs w:val="24"/>
        </w:rPr>
        <w:t xml:space="preserve"> Inspected Puppy and accepts its condition</w:t>
      </w:r>
      <w:r w:rsidR="000C08B9" w:rsidRPr="00E45FBF">
        <w:rPr>
          <w:rFonts w:ascii="Times New Roman" w:hAnsi="Times New Roman" w:cs="Times New Roman"/>
          <w:sz w:val="24"/>
          <w:szCs w:val="24"/>
        </w:rPr>
        <w:t>.</w:t>
      </w:r>
      <w:r w:rsidRPr="00E45FBF">
        <w:rPr>
          <w:rFonts w:ascii="Times New Roman" w:hAnsi="Times New Roman" w:cs="Times New Roman"/>
          <w:sz w:val="24"/>
          <w:szCs w:val="24"/>
        </w:rPr>
        <w:br/>
      </w:r>
      <w:r w:rsidRPr="00E45FBF">
        <w:rPr>
          <w:rFonts w:ascii="Segoe UI Symbol" w:hAnsi="Segoe UI Symbol" w:cs="Segoe UI Symbol"/>
          <w:sz w:val="24"/>
          <w:szCs w:val="24"/>
        </w:rPr>
        <w:t>☐</w:t>
      </w:r>
      <w:r w:rsidRPr="00E45FBF">
        <w:rPr>
          <w:rFonts w:ascii="Times New Roman" w:hAnsi="Times New Roman" w:cs="Times New Roman"/>
          <w:sz w:val="24"/>
          <w:szCs w:val="24"/>
        </w:rPr>
        <w:t xml:space="preserve"> Read and understood this Agreement</w:t>
      </w:r>
      <w:r w:rsidR="000C08B9" w:rsidRPr="00E45FBF">
        <w:rPr>
          <w:rFonts w:ascii="Times New Roman" w:hAnsi="Times New Roman" w:cs="Times New Roman"/>
          <w:sz w:val="24"/>
          <w:szCs w:val="24"/>
        </w:rPr>
        <w:t>.</w:t>
      </w:r>
    </w:p>
    <w:p w14:paraId="1764210D" w14:textId="77777777" w:rsidR="00496480" w:rsidRPr="00E45FBF" w:rsidRDefault="00496480" w:rsidP="00496480">
      <w:pPr>
        <w:pStyle w:val="Heading1"/>
        <w:rPr>
          <w:rFonts w:ascii="Times New Roman" w:hAnsi="Times New Roman" w:cs="Times New Roman"/>
          <w:color w:val="000000" w:themeColor="text1"/>
          <w:sz w:val="24"/>
          <w:szCs w:val="24"/>
        </w:rPr>
      </w:pPr>
      <w:r w:rsidRPr="00E45FBF">
        <w:rPr>
          <w:rFonts w:ascii="Times New Roman" w:hAnsi="Times New Roman" w:cs="Times New Roman"/>
          <w:color w:val="000000" w:themeColor="text1"/>
          <w:sz w:val="24"/>
          <w:szCs w:val="24"/>
        </w:rPr>
        <w:t>Signatures</w:t>
      </w:r>
    </w:p>
    <w:p w14:paraId="77549C4D" w14:textId="1982261A" w:rsidR="00496480" w:rsidRPr="00E45FBF" w:rsidRDefault="00496480" w:rsidP="00496480">
      <w:pPr>
        <w:rPr>
          <w:rFonts w:ascii="Times New Roman" w:hAnsi="Times New Roman" w:cs="Times New Roman"/>
          <w:sz w:val="24"/>
          <w:szCs w:val="24"/>
        </w:rPr>
      </w:pPr>
      <w:r w:rsidRPr="00E45FBF">
        <w:rPr>
          <w:rFonts w:ascii="Times New Roman" w:hAnsi="Times New Roman" w:cs="Times New Roman"/>
          <w:b/>
          <w:bCs/>
          <w:sz w:val="24"/>
          <w:szCs w:val="24"/>
        </w:rPr>
        <w:t>BREEDER</w:t>
      </w:r>
      <w:r w:rsidRPr="00E45FBF">
        <w:rPr>
          <w:rFonts w:ascii="Times New Roman" w:hAnsi="Times New Roman" w:cs="Times New Roman"/>
          <w:b/>
          <w:bCs/>
          <w:sz w:val="24"/>
          <w:szCs w:val="24"/>
        </w:rPr>
        <w:br/>
      </w:r>
      <w:r w:rsidRPr="00E45FBF">
        <w:rPr>
          <w:rFonts w:ascii="Times New Roman" w:hAnsi="Times New Roman" w:cs="Times New Roman"/>
          <w:sz w:val="24"/>
          <w:szCs w:val="24"/>
        </w:rPr>
        <w:br/>
        <w:t>Signature: ___________________________</w:t>
      </w:r>
      <w:r w:rsidR="00B31676" w:rsidRPr="00E45FBF">
        <w:rPr>
          <w:rFonts w:ascii="Times New Roman" w:hAnsi="Times New Roman" w:cs="Times New Roman"/>
          <w:sz w:val="24"/>
          <w:szCs w:val="24"/>
        </w:rPr>
        <w:t>_</w:t>
      </w:r>
      <w:r w:rsidRPr="00E45FBF">
        <w:rPr>
          <w:rFonts w:ascii="Times New Roman" w:hAnsi="Times New Roman" w:cs="Times New Roman"/>
          <w:sz w:val="24"/>
          <w:szCs w:val="24"/>
        </w:rPr>
        <w:br/>
        <w:t>Printed Name: Michelle Costello</w:t>
      </w:r>
      <w:r w:rsidRPr="00E45FBF">
        <w:rPr>
          <w:rFonts w:ascii="Times New Roman" w:hAnsi="Times New Roman" w:cs="Times New Roman"/>
          <w:sz w:val="24"/>
          <w:szCs w:val="24"/>
        </w:rPr>
        <w:br/>
        <w:t>Date: _______________________________</w:t>
      </w:r>
      <w:r w:rsidR="00B31676" w:rsidRPr="00E45FBF">
        <w:rPr>
          <w:rFonts w:ascii="Times New Roman" w:hAnsi="Times New Roman" w:cs="Times New Roman"/>
          <w:sz w:val="24"/>
          <w:szCs w:val="24"/>
        </w:rPr>
        <w:t>__</w:t>
      </w:r>
      <w:r w:rsidRPr="00E45FBF">
        <w:rPr>
          <w:rFonts w:ascii="Times New Roman" w:hAnsi="Times New Roman" w:cs="Times New Roman"/>
          <w:sz w:val="24"/>
          <w:szCs w:val="24"/>
        </w:rPr>
        <w:br/>
      </w:r>
      <w:r w:rsidRPr="00E45FBF">
        <w:rPr>
          <w:rFonts w:ascii="Times New Roman" w:hAnsi="Times New Roman" w:cs="Times New Roman"/>
          <w:sz w:val="24"/>
          <w:szCs w:val="24"/>
        </w:rPr>
        <w:br/>
      </w:r>
      <w:r w:rsidRPr="00E45FBF">
        <w:rPr>
          <w:rFonts w:ascii="Times New Roman" w:hAnsi="Times New Roman" w:cs="Times New Roman"/>
          <w:b/>
          <w:bCs/>
          <w:sz w:val="24"/>
          <w:szCs w:val="24"/>
        </w:rPr>
        <w:t>BUYER</w:t>
      </w:r>
      <w:r w:rsidRPr="00E45FBF">
        <w:rPr>
          <w:rFonts w:ascii="Times New Roman" w:hAnsi="Times New Roman" w:cs="Times New Roman"/>
          <w:b/>
          <w:bCs/>
          <w:sz w:val="24"/>
          <w:szCs w:val="24"/>
        </w:rPr>
        <w:br/>
      </w:r>
      <w:r w:rsidRPr="00E45FBF">
        <w:rPr>
          <w:rFonts w:ascii="Times New Roman" w:hAnsi="Times New Roman" w:cs="Times New Roman"/>
          <w:sz w:val="24"/>
          <w:szCs w:val="24"/>
        </w:rPr>
        <w:br/>
        <w:t>Signature: ___________________________</w:t>
      </w:r>
      <w:r w:rsidR="00B31676" w:rsidRPr="00E45FBF">
        <w:rPr>
          <w:rFonts w:ascii="Times New Roman" w:hAnsi="Times New Roman" w:cs="Times New Roman"/>
          <w:sz w:val="24"/>
          <w:szCs w:val="24"/>
        </w:rPr>
        <w:t>___</w:t>
      </w:r>
      <w:r w:rsidRPr="00E45FBF">
        <w:rPr>
          <w:rFonts w:ascii="Times New Roman" w:hAnsi="Times New Roman" w:cs="Times New Roman"/>
          <w:sz w:val="24"/>
          <w:szCs w:val="24"/>
        </w:rPr>
        <w:br/>
        <w:t>Printed Name: _______________________</w:t>
      </w:r>
      <w:r w:rsidR="00B31676" w:rsidRPr="00E45FBF">
        <w:rPr>
          <w:rFonts w:ascii="Times New Roman" w:hAnsi="Times New Roman" w:cs="Times New Roman"/>
          <w:sz w:val="24"/>
          <w:szCs w:val="24"/>
        </w:rPr>
        <w:t>__</w:t>
      </w:r>
      <w:r w:rsidRPr="00E45FBF">
        <w:rPr>
          <w:rFonts w:ascii="Times New Roman" w:hAnsi="Times New Roman" w:cs="Times New Roman"/>
          <w:sz w:val="24"/>
          <w:szCs w:val="24"/>
        </w:rPr>
        <w:br/>
        <w:t>Date: _______________________________</w:t>
      </w:r>
      <w:r w:rsidR="00B31676" w:rsidRPr="00E45FBF">
        <w:rPr>
          <w:rFonts w:ascii="Times New Roman" w:hAnsi="Times New Roman" w:cs="Times New Roman"/>
          <w:sz w:val="24"/>
          <w:szCs w:val="24"/>
        </w:rPr>
        <w:t>____</w:t>
      </w:r>
    </w:p>
    <w:p w14:paraId="33DF5931" w14:textId="77777777" w:rsidR="00496480" w:rsidRPr="00E45FBF" w:rsidRDefault="00496480">
      <w:pPr>
        <w:rPr>
          <w:rFonts w:ascii="Times New Roman" w:hAnsi="Times New Roman" w:cs="Times New Roman"/>
          <w:color w:val="000000" w:themeColor="text1"/>
          <w:sz w:val="24"/>
          <w:szCs w:val="24"/>
        </w:rPr>
      </w:pPr>
    </w:p>
    <w:p w14:paraId="3C954DE4" w14:textId="74E29E63" w:rsidR="00C676C2" w:rsidRPr="00E45FBF" w:rsidRDefault="003D789F" w:rsidP="003D789F">
      <w:pPr>
        <w:spacing w:after="0" w:line="240" w:lineRule="auto"/>
        <w:jc w:val="center"/>
        <w:rPr>
          <w:rFonts w:ascii="Times New Roman" w:hAnsi="Times New Roman" w:cs="Times New Roman"/>
          <w:sz w:val="24"/>
          <w:szCs w:val="24"/>
        </w:rPr>
      </w:pPr>
      <w:r w:rsidRPr="00E45FBF">
        <w:rPr>
          <w:rFonts w:ascii="Times New Roman" w:hAnsi="Times New Roman" w:cs="Times New Roman"/>
          <w:b/>
          <w:noProof/>
          <w:color w:val="D4AF37"/>
          <w:sz w:val="24"/>
          <w:szCs w:val="24"/>
        </w:rPr>
        <mc:AlternateContent>
          <mc:Choice Requires="wps">
            <w:drawing>
              <wp:anchor distT="0" distB="0" distL="114300" distR="114300" simplePos="0" relativeHeight="251659264" behindDoc="0" locked="0" layoutInCell="1" allowOverlap="1" wp14:anchorId="541353C8" wp14:editId="5D951B24">
                <wp:simplePos x="0" y="0"/>
                <wp:positionH relativeFrom="column">
                  <wp:posOffset>-152400</wp:posOffset>
                </wp:positionH>
                <wp:positionV relativeFrom="paragraph">
                  <wp:posOffset>73660</wp:posOffset>
                </wp:positionV>
                <wp:extent cx="1310640" cy="1188720"/>
                <wp:effectExtent l="0" t="0" r="10160" b="17780"/>
                <wp:wrapNone/>
                <wp:docPr id="571045359" name="Text Box 3"/>
                <wp:cNvGraphicFramePr/>
                <a:graphic xmlns:a="http://schemas.openxmlformats.org/drawingml/2006/main">
                  <a:graphicData uri="http://schemas.microsoft.com/office/word/2010/wordprocessingShape">
                    <wps:wsp>
                      <wps:cNvSpPr txBox="1"/>
                      <wps:spPr>
                        <a:xfrm>
                          <a:off x="0" y="0"/>
                          <a:ext cx="1310640" cy="1188720"/>
                        </a:xfrm>
                        <a:prstGeom prst="rect">
                          <a:avLst/>
                        </a:prstGeom>
                        <a:solidFill>
                          <a:schemeClr val="lt1"/>
                        </a:solidFill>
                        <a:ln w="6350">
                          <a:solidFill>
                            <a:prstClr val="black"/>
                          </a:solidFill>
                        </a:ln>
                      </wps:spPr>
                      <wps:txbx>
                        <w:txbxContent>
                          <w:p w14:paraId="11D032B7" w14:textId="0AA6A175" w:rsidR="003D789F" w:rsidRDefault="003D789F">
                            <w:r>
                              <w:rPr>
                                <w:noProof/>
                              </w:rPr>
                              <w:drawing>
                                <wp:inline distT="0" distB="0" distL="0" distR="0" wp14:anchorId="358CB216" wp14:editId="231B4AC1">
                                  <wp:extent cx="1090930" cy="1090930"/>
                                  <wp:effectExtent l="0" t="0" r="1270" b="1270"/>
                                  <wp:docPr id="22459234" name="Picture 4"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9234" name="Picture 4" descr="A qr code with a white background&#10;&#10;AI-generated content may be incorrect."/>
                                          <pic:cNvPicPr/>
                                        </pic:nvPicPr>
                                        <pic:blipFill>
                                          <a:blip r:embed="rId9"/>
                                          <a:stretch>
                                            <a:fillRect/>
                                          </a:stretch>
                                        </pic:blipFill>
                                        <pic:spPr>
                                          <a:xfrm>
                                            <a:off x="0" y="0"/>
                                            <a:ext cx="1090930" cy="10909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1353C8" id="_x0000_t202" coordsize="21600,21600" o:spt="202" path="m,l,21600r21600,l21600,xe">
                <v:stroke joinstyle="miter"/>
                <v:path gradientshapeok="t" o:connecttype="rect"/>
              </v:shapetype>
              <v:shape id="Text Box 3" o:spid="_x0000_s1026" type="#_x0000_t202" style="position:absolute;left:0;text-align:left;margin-left:-12pt;margin-top:5.8pt;width:103.2pt;height:9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" fillcolor="white [3201]" strokeweight=".5pt">
                <v:textbox>
                  <w:txbxContent>
                    <w:p w14:paraId="11D032B7" w14:textId="0AA6A175" w:rsidR="003D789F" w:rsidRDefault="003D789F">
                      <w:r>
                        <w:rPr>
                          <w:noProof/>
                        </w:rPr>
                        <w:drawing>
                          <wp:inline distT="0" distB="0" distL="0" distR="0" wp14:anchorId="358CB216" wp14:editId="231B4AC1">
                            <wp:extent cx="1090930" cy="1090930"/>
                            <wp:effectExtent l="0" t="0" r="1270" b="1270"/>
                            <wp:docPr id="22459234" name="Picture 4"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9234" name="Picture 4" descr="A qr code with a white background&#10;&#10;AI-generated content may be incorrect."/>
                                    <pic:cNvPicPr/>
                                  </pic:nvPicPr>
                                  <pic:blipFill>
                                    <a:blip r:embed="rId9"/>
                                    <a:stretch>
                                      <a:fillRect/>
                                    </a:stretch>
                                  </pic:blipFill>
                                  <pic:spPr>
                                    <a:xfrm>
                                      <a:off x="0" y="0"/>
                                      <a:ext cx="1090930" cy="1090930"/>
                                    </a:xfrm>
                                    <a:prstGeom prst="rect">
                                      <a:avLst/>
                                    </a:prstGeom>
                                  </pic:spPr>
                                </pic:pic>
                              </a:graphicData>
                            </a:graphic>
                          </wp:inline>
                        </w:drawing>
                      </w:r>
                    </w:p>
                  </w:txbxContent>
                </v:textbox>
              </v:shape>
            </w:pict>
          </mc:Fallback>
        </mc:AlternateContent>
      </w:r>
      <w:r w:rsidR="00C676C2" w:rsidRPr="00E45FBF">
        <w:rPr>
          <w:rFonts w:ascii="Times New Roman" w:hAnsi="Times New Roman" w:cs="Times New Roman"/>
          <w:b/>
          <w:color w:val="D4AF37"/>
          <w:sz w:val="24"/>
          <w:szCs w:val="24"/>
        </w:rPr>
        <w:t xml:space="preserve">Golden Red </w:t>
      </w:r>
      <w:r w:rsidR="00496480" w:rsidRPr="00E45FBF">
        <w:rPr>
          <w:rFonts w:ascii="Times New Roman" w:hAnsi="Times New Roman" w:cs="Times New Roman"/>
          <w:b/>
          <w:color w:val="D4AF37"/>
          <w:sz w:val="24"/>
          <w:szCs w:val="24"/>
        </w:rPr>
        <w:t>Puppies</w:t>
      </w:r>
    </w:p>
    <w:p w14:paraId="35526A5F" w14:textId="7EFDAF79" w:rsidR="00C676C2" w:rsidRPr="00E45FBF" w:rsidRDefault="00C676C2" w:rsidP="003D789F">
      <w:pPr>
        <w:spacing w:after="0" w:line="240" w:lineRule="auto"/>
        <w:jc w:val="center"/>
        <w:rPr>
          <w:rFonts w:ascii="Times New Roman" w:hAnsi="Times New Roman" w:cs="Times New Roman"/>
          <w:sz w:val="24"/>
          <w:szCs w:val="24"/>
        </w:rPr>
      </w:pPr>
      <w:r w:rsidRPr="00E45FBF">
        <w:rPr>
          <w:rFonts w:ascii="Times New Roman" w:hAnsi="Times New Roman" w:cs="Times New Roman"/>
          <w:sz w:val="24"/>
          <w:szCs w:val="24"/>
        </w:rPr>
        <w:t>───────────────────────────────────────</w:t>
      </w:r>
      <w:r w:rsidRPr="00E45FBF">
        <w:rPr>
          <w:rFonts w:ascii="Apple Color Emoji" w:hAnsi="Apple Color Emoji" w:cs="Apple Color Emoji"/>
          <w:sz w:val="24"/>
          <w:szCs w:val="24"/>
        </w:rPr>
        <w:t>🐾</w:t>
      </w:r>
    </w:p>
    <w:p w14:paraId="35C77F40" w14:textId="77777777" w:rsidR="00C676C2" w:rsidRPr="00E45FBF" w:rsidRDefault="00C676C2" w:rsidP="003D789F">
      <w:pPr>
        <w:spacing w:after="0" w:line="240" w:lineRule="auto"/>
        <w:jc w:val="center"/>
        <w:rPr>
          <w:rFonts w:ascii="Times New Roman" w:hAnsi="Times New Roman" w:cs="Times New Roman"/>
          <w:sz w:val="24"/>
          <w:szCs w:val="24"/>
        </w:rPr>
      </w:pPr>
      <w:r w:rsidRPr="00E45FBF">
        <w:rPr>
          <w:rFonts w:ascii="Times New Roman" w:hAnsi="Times New Roman" w:cs="Times New Roman"/>
          <w:color w:val="D4AF37"/>
          <w:sz w:val="24"/>
          <w:szCs w:val="24"/>
        </w:rPr>
        <w:t>Bred with Integrity, Raised with Love</w:t>
      </w:r>
    </w:p>
    <w:p w14:paraId="3AF90725" w14:textId="2CD6A521" w:rsidR="000C08B9" w:rsidRPr="00E45FBF" w:rsidRDefault="00C676C2" w:rsidP="00E45FBF">
      <w:pPr>
        <w:spacing w:before="120" w:after="0" w:line="240" w:lineRule="auto"/>
        <w:jc w:val="center"/>
        <w:rPr>
          <w:rFonts w:ascii="Times New Roman" w:hAnsi="Times New Roman" w:cs="Times New Roman"/>
          <w:sz w:val="24"/>
          <w:szCs w:val="24"/>
        </w:rPr>
      </w:pPr>
      <w:r w:rsidRPr="00E45FBF">
        <w:rPr>
          <w:rFonts w:ascii="Times New Roman" w:hAnsi="Times New Roman" w:cs="Times New Roman"/>
          <w:sz w:val="24"/>
          <w:szCs w:val="24"/>
        </w:rPr>
        <w:t>www.goldenredpuppies.co</w:t>
      </w:r>
      <w:r w:rsidR="00CF0D58" w:rsidRPr="00E45FBF">
        <w:rPr>
          <w:rFonts w:ascii="Times New Roman" w:hAnsi="Times New Roman" w:cs="Times New Roman"/>
          <w:sz w:val="24"/>
          <w:szCs w:val="24"/>
        </w:rPr>
        <w:t>m</w:t>
      </w:r>
    </w:p>
    <w:p w14:paraId="19ACB7A2" w14:textId="77777777" w:rsidR="00E45FBF" w:rsidRPr="00E45FBF" w:rsidRDefault="00E45FBF">
      <w:pPr>
        <w:spacing w:before="120" w:after="0" w:line="240" w:lineRule="auto"/>
        <w:jc w:val="center"/>
        <w:rPr>
          <w:rFonts w:ascii="Times New Roman" w:hAnsi="Times New Roman" w:cs="Times New Roman"/>
          <w:sz w:val="24"/>
          <w:szCs w:val="24"/>
        </w:rPr>
      </w:pPr>
    </w:p>
    <w:sectPr w:rsidR="00E45FBF" w:rsidRPr="00E45FBF" w:rsidSect="003D789F">
      <w:footerReference w:type="even" r:id="rId10"/>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FA4E0" w14:textId="77777777" w:rsidR="00CE31EF" w:rsidRDefault="00CE31EF" w:rsidP="003D789F">
      <w:pPr>
        <w:spacing w:after="0" w:line="240" w:lineRule="auto"/>
      </w:pPr>
      <w:r>
        <w:separator/>
      </w:r>
    </w:p>
  </w:endnote>
  <w:endnote w:type="continuationSeparator" w:id="0">
    <w:p w14:paraId="5FA93637" w14:textId="77777777" w:rsidR="00CE31EF" w:rsidRDefault="00CE31EF" w:rsidP="003D7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3984986"/>
      <w:docPartObj>
        <w:docPartGallery w:val="Page Numbers (Bottom of Page)"/>
        <w:docPartUnique/>
      </w:docPartObj>
    </w:sdtPr>
    <w:sdtEndPr>
      <w:rPr>
        <w:rStyle w:val="PageNumber"/>
      </w:rPr>
    </w:sdtEndPr>
    <w:sdtContent>
      <w:p w14:paraId="4380E453" w14:textId="7B548D32" w:rsidR="003D789F" w:rsidRDefault="003D789F" w:rsidP="00BD59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44E0BC3" w14:textId="77777777" w:rsidR="003D789F" w:rsidRDefault="003D78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32"/>
        <w:szCs w:val="32"/>
      </w:rPr>
      <w:id w:val="1418680143"/>
      <w:docPartObj>
        <w:docPartGallery w:val="Page Numbers (Bottom of Page)"/>
        <w:docPartUnique/>
      </w:docPartObj>
    </w:sdtPr>
    <w:sdtEndPr>
      <w:rPr>
        <w:rStyle w:val="PageNumber"/>
      </w:rPr>
    </w:sdtEndPr>
    <w:sdtContent>
      <w:p w14:paraId="7CB29829" w14:textId="6362DEDA" w:rsidR="003D789F" w:rsidRPr="003D789F" w:rsidRDefault="003D789F" w:rsidP="00BD59FC">
        <w:pPr>
          <w:pStyle w:val="Footer"/>
          <w:framePr w:wrap="none" w:vAnchor="text" w:hAnchor="margin" w:xAlign="center" w:y="1"/>
          <w:rPr>
            <w:rStyle w:val="PageNumber"/>
            <w:sz w:val="32"/>
            <w:szCs w:val="32"/>
          </w:rPr>
        </w:pPr>
        <w:r w:rsidRPr="003D789F">
          <w:rPr>
            <w:rStyle w:val="PageNumber"/>
            <w:sz w:val="32"/>
            <w:szCs w:val="32"/>
          </w:rPr>
          <w:fldChar w:fldCharType="begin"/>
        </w:r>
        <w:r w:rsidRPr="003D789F">
          <w:rPr>
            <w:rStyle w:val="PageNumber"/>
            <w:sz w:val="32"/>
            <w:szCs w:val="32"/>
          </w:rPr>
          <w:instrText xml:space="preserve"> PAGE </w:instrText>
        </w:r>
        <w:r w:rsidRPr="003D789F">
          <w:rPr>
            <w:rStyle w:val="PageNumber"/>
            <w:sz w:val="32"/>
            <w:szCs w:val="32"/>
          </w:rPr>
          <w:fldChar w:fldCharType="separate"/>
        </w:r>
        <w:r w:rsidRPr="003D789F">
          <w:rPr>
            <w:rStyle w:val="PageNumber"/>
            <w:noProof/>
            <w:sz w:val="32"/>
            <w:szCs w:val="32"/>
          </w:rPr>
          <w:t>1</w:t>
        </w:r>
        <w:r w:rsidRPr="003D789F">
          <w:rPr>
            <w:rStyle w:val="PageNumber"/>
            <w:sz w:val="32"/>
            <w:szCs w:val="32"/>
          </w:rPr>
          <w:fldChar w:fldCharType="end"/>
        </w:r>
      </w:p>
    </w:sdtContent>
  </w:sdt>
  <w:p w14:paraId="46DFDDE4" w14:textId="07EE2217" w:rsidR="003D789F" w:rsidRDefault="003D789F">
    <w:pPr>
      <w:pStyle w:val="Footer"/>
    </w:pPr>
  </w:p>
  <w:p w14:paraId="1DB969D1" w14:textId="77777777" w:rsidR="003D789F" w:rsidRDefault="003D7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92657" w14:textId="77777777" w:rsidR="00CE31EF" w:rsidRDefault="00CE31EF" w:rsidP="003D789F">
      <w:pPr>
        <w:spacing w:after="0" w:line="240" w:lineRule="auto"/>
      </w:pPr>
      <w:r>
        <w:separator/>
      </w:r>
    </w:p>
  </w:footnote>
  <w:footnote w:type="continuationSeparator" w:id="0">
    <w:p w14:paraId="7BF40893" w14:textId="77777777" w:rsidR="00CE31EF" w:rsidRDefault="00CE31EF" w:rsidP="003D7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E8ED5DA"/>
    <w:lvl w:ilvl="0">
      <w:start w:val="1"/>
      <w:numFmt w:val="bullet"/>
      <w:pStyle w:val="ListBullet"/>
      <w:lvlText w:val=""/>
      <w:lvlJc w:val="left"/>
      <w:pPr>
        <w:tabs>
          <w:tab w:val="num" w:pos="360"/>
        </w:tabs>
        <w:ind w:left="360" w:hanging="360"/>
      </w:pPr>
      <w:rPr>
        <w:rFonts w:ascii="Symbol" w:hAnsi="Symbol" w:hint="default"/>
      </w:rPr>
    </w:lvl>
  </w:abstractNum>
  <w:num w:numId="1" w16cid:durableId="1372808132">
    <w:abstractNumId w:val="8"/>
  </w:num>
  <w:num w:numId="2" w16cid:durableId="1287932701">
    <w:abstractNumId w:val="6"/>
  </w:num>
  <w:num w:numId="3" w16cid:durableId="469203548">
    <w:abstractNumId w:val="5"/>
  </w:num>
  <w:num w:numId="4" w16cid:durableId="524905118">
    <w:abstractNumId w:val="4"/>
  </w:num>
  <w:num w:numId="5" w16cid:durableId="1673876485">
    <w:abstractNumId w:val="7"/>
  </w:num>
  <w:num w:numId="6" w16cid:durableId="76438784">
    <w:abstractNumId w:val="3"/>
  </w:num>
  <w:num w:numId="7" w16cid:durableId="2117172658">
    <w:abstractNumId w:val="2"/>
  </w:num>
  <w:num w:numId="8" w16cid:durableId="422454443">
    <w:abstractNumId w:val="1"/>
  </w:num>
  <w:num w:numId="9" w16cid:durableId="819930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5A84"/>
    <w:rsid w:val="000C08B9"/>
    <w:rsid w:val="0015074B"/>
    <w:rsid w:val="001B118F"/>
    <w:rsid w:val="0029639D"/>
    <w:rsid w:val="002C1506"/>
    <w:rsid w:val="00326F90"/>
    <w:rsid w:val="003D789F"/>
    <w:rsid w:val="00405C31"/>
    <w:rsid w:val="00496480"/>
    <w:rsid w:val="00776481"/>
    <w:rsid w:val="009429BD"/>
    <w:rsid w:val="00A2412B"/>
    <w:rsid w:val="00AA1D8D"/>
    <w:rsid w:val="00B31676"/>
    <w:rsid w:val="00B47730"/>
    <w:rsid w:val="00C30C41"/>
    <w:rsid w:val="00C676C2"/>
    <w:rsid w:val="00CB0664"/>
    <w:rsid w:val="00CD336D"/>
    <w:rsid w:val="00CE31EF"/>
    <w:rsid w:val="00CF0D58"/>
    <w:rsid w:val="00D40046"/>
    <w:rsid w:val="00D73909"/>
    <w:rsid w:val="00E45FBF"/>
    <w:rsid w:val="00E730B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4767B6"/>
  <w14:defaultImageDpi w14:val="300"/>
  <w15:docId w15:val="{BEF5152C-72B8-8B4A-9038-AFC11B1EB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429BD"/>
    <w:rPr>
      <w:color w:val="0000FF" w:themeColor="hyperlink"/>
      <w:u w:val="single"/>
    </w:rPr>
  </w:style>
  <w:style w:type="character" w:styleId="UnresolvedMention">
    <w:name w:val="Unresolved Mention"/>
    <w:basedOn w:val="DefaultParagraphFont"/>
    <w:uiPriority w:val="99"/>
    <w:semiHidden/>
    <w:unhideWhenUsed/>
    <w:rsid w:val="009429BD"/>
    <w:rPr>
      <w:color w:val="605E5C"/>
      <w:shd w:val="clear" w:color="auto" w:fill="E1DFDD"/>
    </w:rPr>
  </w:style>
  <w:style w:type="character" w:styleId="PageNumber">
    <w:name w:val="page number"/>
    <w:basedOn w:val="DefaultParagraphFont"/>
    <w:uiPriority w:val="99"/>
    <w:semiHidden/>
    <w:unhideWhenUsed/>
    <w:rsid w:val="003D7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664</Words>
  <Characters>4927</Characters>
  <Application>Microsoft Office Word</Application>
  <DocSecurity>0</DocSecurity>
  <Lines>133</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Michelle Costello</cp:lastModifiedBy>
  <cp:revision>11</cp:revision>
  <cp:lastPrinted>2026-06-16T18:07:00Z</cp:lastPrinted>
  <dcterms:created xsi:type="dcterms:W3CDTF">2013-12-23T23:15:00Z</dcterms:created>
  <dcterms:modified xsi:type="dcterms:W3CDTF">2026-06-16T18:07:00Z</dcterms:modified>
  <cp:category/>
</cp:coreProperties>
</file>