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8B158" w14:textId="77777777" w:rsidR="00D245CD" w:rsidRDefault="00000000">
      <w:pPr>
        <w:pStyle w:val="Heading1"/>
      </w:pPr>
      <w:r>
        <w:t>Puppy Deposit Agreement</w:t>
      </w:r>
    </w:p>
    <w:p w14:paraId="40C84BB8" w14:textId="77777777" w:rsidR="00D245CD" w:rsidRDefault="00000000">
      <w:pPr>
        <w:pStyle w:val="Heading2"/>
      </w:pPr>
      <w:r>
        <w:t>Deposit Amount</w:t>
      </w:r>
    </w:p>
    <w:p w14:paraId="5F0DA802" w14:textId="77777777" w:rsidR="00D245CD" w:rsidRDefault="00000000">
      <w:r>
        <w:t>The Buyer agrees to place a non-refundable deposit of $500 to reserve a Puppy. This deposit will be applied toward the total purchase price of the Puppy.</w:t>
      </w:r>
    </w:p>
    <w:p w14:paraId="29F35096" w14:textId="77777777" w:rsidR="00D245CD" w:rsidRDefault="00000000">
      <w:pPr>
        <w:pStyle w:val="Heading2"/>
      </w:pPr>
      <w:r>
        <w:t>Non-Refundable Policy</w:t>
      </w:r>
    </w:p>
    <w:p w14:paraId="766747A1" w14:textId="77777777" w:rsidR="00D245CD" w:rsidRDefault="00000000">
      <w:r>
        <w:t>All deposits are non-refundable under any circumstances, including but not limited to:</w:t>
      </w:r>
    </w:p>
    <w:p w14:paraId="7333F414" w14:textId="77777777" w:rsidR="00D245CD" w:rsidRDefault="00000000">
      <w:pPr>
        <w:pStyle w:val="ListBullet"/>
      </w:pPr>
      <w:r>
        <w:t>• Buyer’s change of mind</w:t>
      </w:r>
    </w:p>
    <w:p w14:paraId="2B27A891" w14:textId="77777777" w:rsidR="00D245CD" w:rsidRDefault="00000000">
      <w:pPr>
        <w:pStyle w:val="ListBullet"/>
      </w:pPr>
      <w:r>
        <w:t>• Financial hardship</w:t>
      </w:r>
    </w:p>
    <w:p w14:paraId="2B7A7B8C" w14:textId="77777777" w:rsidR="00D245CD" w:rsidRDefault="00000000">
      <w:pPr>
        <w:pStyle w:val="ListBullet"/>
      </w:pPr>
      <w:r>
        <w:t>• Allergies</w:t>
      </w:r>
    </w:p>
    <w:p w14:paraId="14E27E88" w14:textId="77777777" w:rsidR="00D245CD" w:rsidRDefault="00000000">
      <w:pPr>
        <w:pStyle w:val="ListBullet"/>
      </w:pPr>
      <w:r>
        <w:t>• Landlord or housing restrictions</w:t>
      </w:r>
    </w:p>
    <w:p w14:paraId="501CE49F" w14:textId="77777777" w:rsidR="00D245CD" w:rsidRDefault="00000000">
      <w:pPr>
        <w:pStyle w:val="ListBullet"/>
      </w:pPr>
      <w:r>
        <w:t>• Personal circumstances</w:t>
      </w:r>
    </w:p>
    <w:p w14:paraId="7F7B90F5" w14:textId="77777777" w:rsidR="00D245CD" w:rsidRDefault="00000000">
      <w:pPr>
        <w:pStyle w:val="Heading2"/>
      </w:pPr>
      <w:r>
        <w:t>Transfer of Deposit</w:t>
      </w:r>
    </w:p>
    <w:p w14:paraId="4275081B" w14:textId="77777777" w:rsidR="00D245CD" w:rsidRDefault="00000000">
      <w:r>
        <w:t>At the Breeder’s discretion, the deposit may be transferred to a future litter if the Buyer is unable to complete the purchase at the originally agreed time.</w:t>
      </w:r>
    </w:p>
    <w:p w14:paraId="1EC4CC73" w14:textId="77777777" w:rsidR="00D245CD" w:rsidRDefault="00000000">
      <w:pPr>
        <w:pStyle w:val="Heading2"/>
      </w:pPr>
      <w:r>
        <w:t>Reservation of Puppy</w:t>
      </w:r>
    </w:p>
    <w:p w14:paraId="7EE42D0B" w14:textId="77777777" w:rsidR="00D245CD" w:rsidRDefault="00000000">
      <w:r>
        <w:t>Once the deposit is received, the chosen Puppy will be reserved for the Buyer. If the Buyer has not selected a Puppy at the time of deposit, placement order in the litter will be reserved based on the date the deposit was received.</w:t>
      </w:r>
    </w:p>
    <w:p w14:paraId="12A0F3F6" w14:textId="77777777" w:rsidR="00D245CD" w:rsidRDefault="00000000">
      <w:pPr>
        <w:pStyle w:val="Heading2"/>
      </w:pPr>
      <w:r>
        <w:t>Breeder Responsibility</w:t>
      </w:r>
    </w:p>
    <w:p w14:paraId="43BBECAC" w14:textId="77777777" w:rsidR="00D245CD" w:rsidRDefault="00000000">
      <w:r>
        <w:t>If the reserved Puppy becomes unavailable due to illness, injury, or death while in the Breeder’s care prior to transfer, the Buyer may:</w:t>
      </w:r>
    </w:p>
    <w:p w14:paraId="1B736731" w14:textId="77777777" w:rsidR="00D245CD" w:rsidRDefault="00000000">
      <w:pPr>
        <w:pStyle w:val="ListBullet"/>
      </w:pPr>
      <w:r>
        <w:t>a. Apply the deposit toward another available Puppy or a future litter, OR</w:t>
      </w:r>
    </w:p>
    <w:p w14:paraId="354A7B13" w14:textId="77777777" w:rsidR="00D245CD" w:rsidRDefault="00000000">
      <w:pPr>
        <w:pStyle w:val="ListBullet"/>
      </w:pPr>
      <w:r>
        <w:t>b. Request a full refund of all monies paid, including the deposit.</w:t>
      </w:r>
    </w:p>
    <w:p w14:paraId="05604B31" w14:textId="77777777" w:rsidR="00D245CD" w:rsidRDefault="00000000">
      <w:pPr>
        <w:pStyle w:val="Heading2"/>
      </w:pPr>
      <w:r>
        <w:t>Final Agreement</w:t>
      </w:r>
    </w:p>
    <w:p w14:paraId="5A314E9F" w14:textId="77777777" w:rsidR="00D245CD" w:rsidRDefault="00000000">
      <w:r>
        <w:t>The balance of the Puppy purchase price is due in full prior to or at the time of pickup/delivery. Failure to pay the balance by the agreed date may result in forfeiture of the deposit and the Puppy’s reservation.</w:t>
      </w:r>
    </w:p>
    <w:p w14:paraId="30A20FF7" w14:textId="77777777" w:rsidR="00D245CD" w:rsidRDefault="00000000">
      <w:r>
        <w:br w:type="page"/>
      </w:r>
    </w:p>
    <w:p w14:paraId="544B4747" w14:textId="77777777" w:rsidR="00D245CD" w:rsidRDefault="00000000">
      <w:pPr>
        <w:pStyle w:val="Heading1"/>
      </w:pPr>
      <w:r>
        <w:lastRenderedPageBreak/>
        <w:t>Agreement &amp; Signatures</w:t>
      </w:r>
    </w:p>
    <w:p w14:paraId="66FA52BF" w14:textId="77777777" w:rsidR="00D245CD" w:rsidRDefault="00000000">
      <w:r>
        <w:t>By signing below, both the Buyer and the Breeder agree to the terms outlined in this Puppy Deposit Agreement.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D245CD" w14:paraId="14938224" w14:textId="77777777">
        <w:tc>
          <w:tcPr>
            <w:tcW w:w="4320" w:type="dxa"/>
          </w:tcPr>
          <w:p w14:paraId="2C454F11" w14:textId="77777777" w:rsidR="00D245CD" w:rsidRDefault="00000000">
            <w:r>
              <w:t>Breeder Name:</w:t>
            </w:r>
          </w:p>
        </w:tc>
        <w:tc>
          <w:tcPr>
            <w:tcW w:w="4320" w:type="dxa"/>
          </w:tcPr>
          <w:p w14:paraId="79F7054E" w14:textId="77777777" w:rsidR="00D245CD" w:rsidRDefault="00000000">
            <w:r>
              <w:t>Buyer Name:</w:t>
            </w:r>
          </w:p>
        </w:tc>
      </w:tr>
      <w:tr w:rsidR="00D245CD" w14:paraId="3FA97EF5" w14:textId="77777777">
        <w:tc>
          <w:tcPr>
            <w:tcW w:w="4320" w:type="dxa"/>
          </w:tcPr>
          <w:p w14:paraId="79F45BD7" w14:textId="77777777" w:rsidR="00D245CD" w:rsidRDefault="00000000">
            <w:r>
              <w:t>Breeder Contact Information:</w:t>
            </w:r>
          </w:p>
        </w:tc>
        <w:tc>
          <w:tcPr>
            <w:tcW w:w="4320" w:type="dxa"/>
          </w:tcPr>
          <w:p w14:paraId="2E745339" w14:textId="77777777" w:rsidR="00D245CD" w:rsidRDefault="00000000">
            <w:r>
              <w:t>Buyer Contact Information:</w:t>
            </w:r>
          </w:p>
        </w:tc>
      </w:tr>
      <w:tr w:rsidR="00D245CD" w14:paraId="73D1B344" w14:textId="77777777">
        <w:tc>
          <w:tcPr>
            <w:tcW w:w="4320" w:type="dxa"/>
          </w:tcPr>
          <w:p w14:paraId="64786142" w14:textId="77777777" w:rsidR="00D245CD" w:rsidRDefault="00000000">
            <w:r>
              <w:t>Breeder Signature: ___________________________</w:t>
            </w:r>
          </w:p>
        </w:tc>
        <w:tc>
          <w:tcPr>
            <w:tcW w:w="4320" w:type="dxa"/>
          </w:tcPr>
          <w:p w14:paraId="7937FC29" w14:textId="77777777" w:rsidR="00D245CD" w:rsidRDefault="00000000">
            <w:r>
              <w:t>Buyer Signature: ___________________________</w:t>
            </w:r>
          </w:p>
        </w:tc>
      </w:tr>
      <w:tr w:rsidR="00D245CD" w14:paraId="6EE42ED6" w14:textId="77777777">
        <w:tc>
          <w:tcPr>
            <w:tcW w:w="4320" w:type="dxa"/>
          </w:tcPr>
          <w:p w14:paraId="4ED73A01" w14:textId="77777777" w:rsidR="00D245CD" w:rsidRDefault="00000000">
            <w:r>
              <w:t>Date: _______________</w:t>
            </w:r>
          </w:p>
        </w:tc>
        <w:tc>
          <w:tcPr>
            <w:tcW w:w="4320" w:type="dxa"/>
          </w:tcPr>
          <w:p w14:paraId="31D90D68" w14:textId="77777777" w:rsidR="00D245CD" w:rsidRDefault="00000000">
            <w:r>
              <w:t>Date: _______________</w:t>
            </w:r>
          </w:p>
        </w:tc>
      </w:tr>
    </w:tbl>
    <w:p w14:paraId="42E5C2B3" w14:textId="77777777" w:rsidR="0090674C" w:rsidRDefault="0090674C"/>
    <w:p w14:paraId="69318FC0" w14:textId="78421534" w:rsidR="00C5792F" w:rsidRDefault="00C5792F">
      <w:r>
        <w:t>Puppy of Choice</w:t>
      </w:r>
    </w:p>
    <w:p w14:paraId="533603BC" w14:textId="77777777" w:rsidR="00C5792F" w:rsidRDefault="00C5792F">
      <w:r>
        <w:t xml:space="preserve">Circle One: </w:t>
      </w:r>
    </w:p>
    <w:p w14:paraId="4259B877" w14:textId="2C363D87" w:rsidR="00B831DB" w:rsidRPr="00485023" w:rsidRDefault="00B831DB" w:rsidP="00B831DB">
      <w:pPr>
        <w:rPr>
          <w:b/>
          <w:bCs/>
        </w:rPr>
      </w:pPr>
      <w:r w:rsidRPr="00485023">
        <w:rPr>
          <w:b/>
          <w:bCs/>
        </w:rPr>
        <w:t>Miss. Yellow</w:t>
      </w:r>
      <w:r w:rsidR="00485023" w:rsidRPr="00485023">
        <w:rPr>
          <w:b/>
          <w:bCs/>
        </w:rPr>
        <w:t xml:space="preserve"> </w:t>
      </w:r>
    </w:p>
    <w:p w14:paraId="73FF0A9E" w14:textId="37E32DD9" w:rsidR="00C5792F" w:rsidRPr="00485023" w:rsidRDefault="00C5792F">
      <w:pPr>
        <w:rPr>
          <w:b/>
          <w:bCs/>
        </w:rPr>
      </w:pPr>
      <w:r w:rsidRPr="00485023">
        <w:rPr>
          <w:b/>
          <w:bCs/>
        </w:rPr>
        <w:t xml:space="preserve">Miss. </w:t>
      </w:r>
      <w:r w:rsidR="00B831DB" w:rsidRPr="00485023">
        <w:rPr>
          <w:b/>
          <w:bCs/>
        </w:rPr>
        <w:t>Teal</w:t>
      </w:r>
      <w:r w:rsidR="00485023" w:rsidRPr="00485023">
        <w:rPr>
          <w:b/>
          <w:bCs/>
        </w:rPr>
        <w:t xml:space="preserve"> </w:t>
      </w:r>
    </w:p>
    <w:p w14:paraId="7C07FB98" w14:textId="2162B474" w:rsidR="00C5792F" w:rsidRPr="00485023" w:rsidRDefault="00C5792F">
      <w:pPr>
        <w:rPr>
          <w:b/>
          <w:bCs/>
        </w:rPr>
      </w:pPr>
      <w:r w:rsidRPr="00485023">
        <w:rPr>
          <w:b/>
          <w:bCs/>
        </w:rPr>
        <w:t>Miss. Purple</w:t>
      </w:r>
      <w:r w:rsidR="00485023" w:rsidRPr="00485023">
        <w:rPr>
          <w:b/>
          <w:bCs/>
        </w:rPr>
        <w:t xml:space="preserve"> </w:t>
      </w:r>
    </w:p>
    <w:p w14:paraId="7941FEBA" w14:textId="62B178B7" w:rsidR="00C5792F" w:rsidRPr="00485023" w:rsidRDefault="00C5792F">
      <w:pPr>
        <w:rPr>
          <w:b/>
          <w:bCs/>
        </w:rPr>
      </w:pPr>
      <w:r w:rsidRPr="00485023">
        <w:rPr>
          <w:b/>
          <w:bCs/>
        </w:rPr>
        <w:t>Miss. Gray</w:t>
      </w:r>
      <w:r w:rsidR="00485023" w:rsidRPr="00485023">
        <w:rPr>
          <w:b/>
          <w:bCs/>
        </w:rPr>
        <w:t xml:space="preserve"> </w:t>
      </w:r>
    </w:p>
    <w:p w14:paraId="4B6F6F6D" w14:textId="4D70F59F" w:rsidR="00B831DB" w:rsidRPr="00485023" w:rsidRDefault="00B831DB">
      <w:pPr>
        <w:rPr>
          <w:b/>
          <w:bCs/>
        </w:rPr>
      </w:pPr>
      <w:r w:rsidRPr="00485023">
        <w:rPr>
          <w:b/>
          <w:bCs/>
        </w:rPr>
        <w:t>Miss. White</w:t>
      </w:r>
      <w:r w:rsidR="00485023" w:rsidRPr="00485023">
        <w:rPr>
          <w:b/>
          <w:bCs/>
        </w:rPr>
        <w:t xml:space="preserve"> </w:t>
      </w:r>
    </w:p>
    <w:p w14:paraId="4C425265" w14:textId="77777777" w:rsidR="00485023" w:rsidRPr="00485023" w:rsidRDefault="00B831DB">
      <w:pPr>
        <w:rPr>
          <w:b/>
          <w:bCs/>
        </w:rPr>
      </w:pPr>
      <w:r w:rsidRPr="00485023">
        <w:rPr>
          <w:b/>
          <w:bCs/>
        </w:rPr>
        <w:t>Mr. Orange</w:t>
      </w:r>
    </w:p>
    <w:p w14:paraId="46522567" w14:textId="0DD7F9BC" w:rsidR="00B831DB" w:rsidRDefault="00485023">
      <w:r w:rsidRPr="00485023">
        <w:rPr>
          <w:b/>
          <w:bCs/>
        </w:rPr>
        <w:t>Mr. Green</w:t>
      </w:r>
      <w:r>
        <w:t xml:space="preserve"> </w:t>
      </w:r>
    </w:p>
    <w:p w14:paraId="3A4230CB" w14:textId="329B3746" w:rsidR="00B831DB" w:rsidRDefault="00B831DB">
      <w:r w:rsidRPr="00485023">
        <w:rPr>
          <w:b/>
          <w:bCs/>
        </w:rPr>
        <w:t>Miss. Pink</w:t>
      </w:r>
      <w:r>
        <w:t xml:space="preserve"> </w:t>
      </w:r>
      <w:r w:rsidR="00485023">
        <w:t>Found Forever Home</w:t>
      </w:r>
    </w:p>
    <w:p w14:paraId="3BBC6EDC" w14:textId="04F9BAF3" w:rsidR="00C5792F" w:rsidRDefault="00C5792F">
      <w:r w:rsidRPr="00485023">
        <w:rPr>
          <w:b/>
          <w:bCs/>
        </w:rPr>
        <w:t>Mr. Black</w:t>
      </w:r>
      <w:r w:rsidR="00B831DB">
        <w:t xml:space="preserve"> </w:t>
      </w:r>
      <w:r w:rsidR="00485023">
        <w:t>Found Forever Home</w:t>
      </w:r>
    </w:p>
    <w:p w14:paraId="0F9227DD" w14:textId="61256985" w:rsidR="00B831DB" w:rsidRDefault="00B831DB">
      <w:r w:rsidRPr="00485023">
        <w:rPr>
          <w:b/>
          <w:bCs/>
        </w:rPr>
        <w:t>Mr. Red</w:t>
      </w:r>
      <w:r>
        <w:t xml:space="preserve"> </w:t>
      </w:r>
      <w:r w:rsidR="00485023">
        <w:t>Found Forever Home</w:t>
      </w:r>
    </w:p>
    <w:p w14:paraId="6AF8FC34" w14:textId="74DEEDAA" w:rsidR="00C5792F" w:rsidRDefault="00C5792F" w:rsidP="00C5792F">
      <w:pPr>
        <w:pStyle w:val="Heading2"/>
      </w:pPr>
      <w:r>
        <w:t>Form of Payment Accepted for Deposit</w:t>
      </w:r>
    </w:p>
    <w:p w14:paraId="60243C85" w14:textId="3E498339" w:rsidR="00C5792F" w:rsidRDefault="00C5792F" w:rsidP="00C5792F">
      <w:r>
        <w:t>Cash</w:t>
      </w:r>
      <w:r w:rsidR="00B831DB">
        <w:t xml:space="preserve"> or </w:t>
      </w:r>
      <w:r>
        <w:t>Zelle through phone number 508-317-3113</w:t>
      </w:r>
    </w:p>
    <w:p w14:paraId="633E8C33" w14:textId="7F77504B" w:rsidR="00C5792F" w:rsidRDefault="00C5792F" w:rsidP="00C5792F">
      <w:r>
        <w:t>Cashapp</w:t>
      </w:r>
      <w:r w:rsidR="008445A6">
        <w:t>, PayPal, Venmo</w:t>
      </w:r>
    </w:p>
    <w:p w14:paraId="64BF8D85" w14:textId="230BBC02" w:rsidR="00C5792F" w:rsidRDefault="008445A6">
      <w:r>
        <w:rPr>
          <w:noProof/>
        </w:rPr>
        <w:drawing>
          <wp:inline distT="0" distB="0" distL="0" distR="0" wp14:anchorId="14386EAC" wp14:editId="53FA7D12">
            <wp:extent cx="1341023" cy="1141429"/>
            <wp:effectExtent l="0" t="0" r="5715" b="1905"/>
            <wp:docPr id="1892454265" name="Picture 4" descr="A 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54265" name="Picture 4" descr="A qr code on a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1246" cy="118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2F">
        <w:rPr>
          <w:noProof/>
        </w:rPr>
        <w:drawing>
          <wp:inline distT="0" distB="0" distL="0" distR="0" wp14:anchorId="2BDC5F97" wp14:editId="404BEC63">
            <wp:extent cx="1087669" cy="1282438"/>
            <wp:effectExtent l="0" t="0" r="5080" b="635"/>
            <wp:docPr id="824267034" name="Picture 1" descr="A qr code with a dol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7034" name="Picture 1" descr="A qr code with a dollar sig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035" cy="13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92F">
        <w:rPr>
          <w:noProof/>
        </w:rPr>
        <w:drawing>
          <wp:inline distT="0" distB="0" distL="0" distR="0" wp14:anchorId="3666D3AB" wp14:editId="21D32AC7">
            <wp:extent cx="853746" cy="1018539"/>
            <wp:effectExtent l="0" t="0" r="0" b="0"/>
            <wp:docPr id="1285820075" name="Picture 3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20075" name="Picture 3" descr="A screenshot of a qr cod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683" cy="106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59729" wp14:editId="4FB4B624">
            <wp:extent cx="947621" cy="1048994"/>
            <wp:effectExtent l="0" t="0" r="5080" b="5715"/>
            <wp:docPr id="867012809" name="Picture 2" descr="A qr code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12809" name="Picture 2" descr="A qr code with a bab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9000" cy="10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92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64517423">
    <w:abstractNumId w:val="8"/>
  </w:num>
  <w:num w:numId="2" w16cid:durableId="1438139510">
    <w:abstractNumId w:val="6"/>
  </w:num>
  <w:num w:numId="3" w16cid:durableId="355930926">
    <w:abstractNumId w:val="5"/>
  </w:num>
  <w:num w:numId="4" w16cid:durableId="1783718863">
    <w:abstractNumId w:val="4"/>
  </w:num>
  <w:num w:numId="5" w16cid:durableId="1628387841">
    <w:abstractNumId w:val="7"/>
  </w:num>
  <w:num w:numId="6" w16cid:durableId="212161309">
    <w:abstractNumId w:val="3"/>
  </w:num>
  <w:num w:numId="7" w16cid:durableId="1901792912">
    <w:abstractNumId w:val="2"/>
  </w:num>
  <w:num w:numId="8" w16cid:durableId="1028604952">
    <w:abstractNumId w:val="1"/>
  </w:num>
  <w:num w:numId="9" w16cid:durableId="115548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85023"/>
    <w:rsid w:val="008445A6"/>
    <w:rsid w:val="0090674C"/>
    <w:rsid w:val="00AA1D8D"/>
    <w:rsid w:val="00B47730"/>
    <w:rsid w:val="00B831DB"/>
    <w:rsid w:val="00C30C41"/>
    <w:rsid w:val="00C5792F"/>
    <w:rsid w:val="00CB0664"/>
    <w:rsid w:val="00D245CD"/>
    <w:rsid w:val="00D70651"/>
    <w:rsid w:val="00DA3C5F"/>
    <w:rsid w:val="00E0517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055A5"/>
  <w14:defaultImageDpi w14:val="300"/>
  <w15:docId w15:val="{549AF093-B56D-BF4C-94DF-132E574E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Matt Costello</cp:lastModifiedBy>
  <cp:revision>2</cp:revision>
  <dcterms:created xsi:type="dcterms:W3CDTF">2026-05-28T20:34:00Z</dcterms:created>
  <dcterms:modified xsi:type="dcterms:W3CDTF">2026-05-28T20:34:00Z</dcterms:modified>
  <cp:category/>
</cp:coreProperties>
</file>